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החורף לא ממהר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"החורף לא ממהר"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החורף מזמין להאט ולפנות פנימה; האטה היא זמן של צבירת כוח.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החורף מזמין אותנו להאט ולפנות פנימה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לאדמה שאוספת כוח מתחת לפני השטח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לא למהר ולהקשיב לגשם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הימים ארוכים, השמש מאירה עד הערב ותמיד יש עוד משהו לעשות.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אוספת מים, כוח ומזון לקראת האביב.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בחורף הערב יורד מוקדם.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אוספת מים, כוח ומזון.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כשאי אפשר לצאת פיזית, אפשר לפנות לעולם הפנימי – למחשבות ולרגשות שלנו.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כמו האדמה, בזמן האטה אוספים כוח; יש לה מטרה – "להיאסף" לקראת הבאות.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הגשם מתואר כאילו הוא מנגן בתוף – כמו אדם.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הקיץ המהיר והמלא מול החורף השקט והאיטי.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האדם מושווה לאדמה: נראה שקט, אבל צובר כוח בפנים.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ברורה + נימוק + דוגמה אישית.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אישי ורלוונטי, מבנה (פתיחה–אמצע–סיום), שימוש באמצעי ציורי אחד לפחות, לשון תקינה.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🐢 החורף לא ממהר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החורף לא ממהר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בקיץ הכול רץ. הימים ארוכים, השמש מאירה עד שעות הערב, ונדמה שתמיד יש עוד משהו לעשות: עוד מפגש, עוד משחק, עוד יציאה. ואז, כמעט בלי שנשים לב, מגיע החורף. הערב יורד מוקדם, הרחובות מתרוקנים, והגשם מתופף על החלונות כאילו הוא מבקש מאיתנו לעצור לרגע.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רבים מאיתנו רואים בחורף עונה של "חוסר": חוסר אור, חוסר חום, חוסר תנועה. אבל אולי החורף אינו חסר דבר. אולי הוא פשוט מלמד שיעור אחר – שיעור בהאטה. כשאי אפשר לצאת החוצה, אפשר לפנות פנימה. כשהעולם שקט יותר, אפשר סוף סוף לשמוע את המחשבות של עצמנו.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האטה אינה עצלות. גם האדמה בחורף נראית רדומה, אבל מתחת לפני השטח היא אוספת מים, כוח ומזון לקראת האביב. כך גם אנחנו: רגע של שקט, ספל תה חם ליד החלון או כמה דקות עם מחברת – כל אלה אינם בזבוז זמן. הם זמן שבו אנחנו נאספים.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בפעם הבאה שהגשם יתחיל לרדת, נסו לא למהר. הקשיבו לו. אולי גם בתוככם מתחיל משהו לצמוח בשקט.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איתור והבנה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הנכונה, וענו במשפט שלם.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מהו הרעיון המרכזי של הקטע?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החורף הוא עונה משעממת שצריך לחכות שתעבור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החורף מזמין אותנו להאט ולפנות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בקיץ יש יותר זמן לחשוב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משווים בקטע את האדם בחורף?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לאדמה שאוספת כוח מתחת לפני השטח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לשמש שמאירה עד הערב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לרחוב מלא אנשים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מציע הקטע לעשות בפעם הבאה שיורד גשם?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לסגור את החלונות ולהדליק מסך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 למהר ולהקשיב לגשם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לצאת מהר החוצה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קורה בקיץ, לפי הפסקה הראשונה?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מה עושה האדמה בחורף מתחת לפני השטח?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 במשבצת המתאימה. אם המשפט לא נכון – תקנו אותו בעל־פה או בשורה מתחת.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בקיץ הערב יורד מוקדם.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האטה אינה עצלות.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האדמה בחורף לא עושה דבר.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בשניים–שלושה משפטים. הביאו ראיה מהקטע.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המשפט "כשאי אפשר לצאת החוצה, אפשר לפנות פנימה"?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מדוע, לפי הקטע, האטה אינה עצלות?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לשון ציורית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לכל ביטוי כתבו את סוג האמצעי (דימוי / מטאפורה / האנשה / ניגוד / חזרה) ומה הוא מוסיף לקטע.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הביטוי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האמצעי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הוא מוסיף?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הגשם מתופף על החלונות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בקיץ הכול רץ... ואז מגיע החורף. הערב יורד מוקדם, הרחובות מתרוקנים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האדמה בחורף נראית רדומה... כך גם אנחנו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הערכה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הביעו עמדה ונמקו.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אתם מסכימים שהחורף הוא "שיעור בהאטה"? נמקו בעזרת דוגמה מחייכם.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רגע שבו האטתם – בחורף, בגשם או בכל זמן אחר – וגיליתם משהו חדש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6–10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לפחות בדימוי אחד או בהאנשה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צורך לשתף – הכתיבה שלכם.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החורף לא ממהר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