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החורף לא ממהר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"החורף לא ממהר"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החורף מזמין להאט ולפנות פנימה; האטה היא זמן של צבירת כוח.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לעשות דברים לאט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מכה מכות קצובות, כמו על תוף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ישנה, לא פעילה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החלק העליון שרואים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חוסר רצון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החורף מזמין אותנו להאט ולפנות פנימה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לאדמה שאוספת כוח מתחת לפני השטח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לא למהר ולהקשיב לגשם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בחורף הערב יורד מוקדם.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אוספת מים, כוח ומזון.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הימים ארוכים, השמש מאירה עד הערב ותמיד יש עוד משהו לעשות.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החורף לא ממהר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החורף לא ממהר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בקיץ הכול מהיר. הימים ארוכים, ויש הרבה מה לעשות.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הערב מגיע מוקדם. יורד גשם. הרחובות שקטים.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אנשים שחושבים שבחורף חסר משהו: אור, חום ותנועה.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החורף מלמד אותנו להאט – לעשות דברים לאט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כשאי אפשר לצאת החוצה, אפשר לחשוב על מה שיש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האדמה בחורף נראית ישנה, אבל היא אוספת מים וכוח לאביב.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אנחנו צריכים רגע של שקט: תה חם, חלון, מחברת.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בפעם הבאה שיורד גשם – אל תמהרו. הקשיבו לו.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האטה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דברים לאט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מתופף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מכה מכות קצובות, כמו על תוף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רדומה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ישנה, לא פעילה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 השטח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העליון שרואים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🛋️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חוסר רצון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נאספים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כאן: חוזרים להיות רגועים ושלמים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לעשות דברים לאט יותר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מתופף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מכה מכות קצובות, כמו על תוף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רדומה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ישנה, לא פעילה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 השטח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החלק העליון שרואים מבחוץ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חוסר רצון לעשות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הרעיון המרכזי של הקטע?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החורף הוא עונה משעממת שצריך לחכות שתעבור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החורף מזמין אותנו להאט ולפנות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בקיץ יש יותר זמן לחשוב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משווים בקטע את האדם בחורף?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לאדמה שאוספת כוח מתחת לפני השטח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לשמש שמאירה עד הערב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לרחוב מלא אנשים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מציע הקטע לעשות בפעם הבאה שיורד גשם?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לסגור את החלונות ולהדליק מסך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למהר ולהקשיב לגשם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לצאת מהר החוצה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בקיץ הערב יורד מוקדם.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האטה אינה עצלות.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האדמה בחורף לא עושה דבר.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קורה בקיץ, לפי הפסקה הראשונה?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רגע שבו האטתם – בחורף, בגשם או בכל זמן אחר – וגיליתם משהו חדש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החורף לא ממהר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