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החורף לא ממהר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הבנת הקטע "החורף לא ממהר" (מאמר הגות), זיהוי לשון ציורית, פרשנות וכתיבה רפלקטיבית: "המסע שלי פנימה".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30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חנ״מ – גרסה מונגשת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https://masa-pnima-horef.sites.tab.bot/p01.html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רעיון מרכזי: החורף מזמין להאט ולפנות פנימה; האטה היא זמן של צבירת כוח. מומלץ להקריא את הקטע בקול לפני העבודה.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 עדינה: בדף זה אין תשובות נכונות או לא נכונות על הרגשות שלנו. שיתוף הוא תמיד מרצון. אם עולה משהו כבד – אפשר לפנות למבוגר או למבוגרת שסומכים עליהם.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החורף מזמין אותנו להאט ולפנות פנימה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לאדמה שאוספת כוח מתחת לפני השטח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לא למהר ולהקשיב לגשם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לא נכון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 – לעשות דברים לאט יותר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 – מכה מכות קצובות, כמו על תוף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 – ישנה, לא פעילה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ד׳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משפטים שלמים הקשורים לנושא; ציור עם כותרת מתקבל.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🐢 החורף לא ממהר – דף תרגול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color w:val="333366"/>
          <w:sz w:val="26"/>
          <w:rtl/>
          <w:szCs w:val="26"/>
          <w:bCs/>
        </w:rPr>
        <w:t>📖 החורף לא ממהר (גרסה פשוטה)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בקיץ הכול מהיר. הימים ארוכים, ויש הרבה מה לעשות.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בחורף הערב מגיע מוקדם. יורד גשם. הרחובות שקטים.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יש אנשים שחושבים שבחורף חסר משהו: אור, חום ותנועה.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אבל החורף מלמד אותנו להאט – לעשות דברים לאט יותר.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כשאי אפשר לצאת החוצה, אפשר לחשוב על מה שיש בפנים.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גם האדמה בחורף נראית ישנה, אבל היא אוספת מים וכוח לאביב.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גם אנחנו צריכים רגע של שקט: תה חם, חלון, מחברת.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בפעם הבאה שיורד גשם – אל תמהרו. הקשיבו לו.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האטה  |  מתופף  |  רדומה  |  פני השטח  |  עצלות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בוחרים תשובה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הקיפו את התשובה הנכונה. אפשר לבקש שיקריאו לכם.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1. מהו הרעיון המרכזי של הקטע?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החורף מזמין אותנו להאט ולפנות פנימה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החורף הוא עונה משעממת שצריך לחכות שתעבור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2. למה משווים בקטע את האדם בחורף?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לאדמה שאוספת כוח מתחת לפני השטח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לשמש שמאירה עד הערב</w:t>
      </w:r>
    </w:p>
    <w:p>
      <w:pPr>
        <w:bidi/>
        <w:jc w:val="right"/>
      </w:pPr>
      <w:r>
        <w:rPr>
          <w:rFonts w:ascii="Arial" w:hAnsi="Arial" w:cs="Arial"/>
          <w:b/>
          <w:sz w:val="28"/>
          <w:rtl/>
          <w:szCs w:val="28"/>
          <w:bCs/>
        </w:rPr>
        <w:t>3. מה מציע הקטע לעשות בפעם הבאה שיורד גשם?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א. לסגור את החלונות ולהדליק מסך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 xml:space="preserve">   ◯ ב. לא למהר ולהקשיב לגשם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נכון או לא נכון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סמנו ✓.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משפט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נכון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לא נכון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בקיץ הערב יורד מוקדם.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לפי הקטע, האטה אינה עצלות.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האדמה בחורף לא עושה דבר.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◯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מילה ופירוש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מתחו קו או כתבו את האות המתאימה.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2606"/>
        <w:gridCol w:w="2606"/>
        <w:gridCol w:w="2606"/>
        <w:gridCol w:w="2606"/>
      </w:tblGrid>
      <w:tr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אות</w:t>
            </w:r>
          </w:p>
        </w:tc>
        <w:tc>
          <w:tcPr>
            <w:tcW w:type="dxa" w:w="2606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האטה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א. לעשות דברים לאט יותר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מתופף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ב. מכה מכות קצובות, כמו על תוף</w:t>
            </w:r>
          </w:p>
        </w:tc>
      </w:tr>
      <w:tr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רדומה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2606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ג. ישנה, לא פעילה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ד׳ – המסע שלי פנימה ✍️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כתבו על רגע שבו האטתם – בחורף, בגשם או בכל זמן אחר – וגיליתם משהו חדש על עצמכם.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לכתוב 3–4 משפטים או לצייר ולהוסיף משפט.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אפשר להתחיל כך: "פעם אחת אני..."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משפט אחד מהקטע שאני לוקח/ת איתי: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מילה אחת שמתארת איך הרגשתי בקריאה: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החורף לא ממהר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