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מסע החורף – תרגול לשון ציורית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אמצעים ציוריים ואוצר מילים מהקטעים, כהכנה או כהמשך למשחק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https://masa-pnima-horef.sites.tab.bot/game.html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דימוי = השוואה עם מילת דימוי (כמו, כ־, כאילו). מטאפורה = השאלה בלי מילת דימוי. האנשה = תכונה או פעולה אנושית לדבר שאינו אדם. ניגוד = העמדה של הפכים.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לגזור את הביטויים ולמיין בקבוצות.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הרגשתי כמו דג שהוציאו מהמים, טעות קטנה נראית כמו הר, נשמע כמו מחיאות כפיים רכות על הגג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האנשה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כל הלילה יללה הרוח, את הגשם מדבר עם הגג, אפילו הסקרנות שלו נרדמה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מדברים בשקט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החלק העבה של העץ, בין השורשים לענפים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תיק גדול לבגדים בנסיעה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החלק של העץ שנמצא באדמה ושותה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כל משפט מדגים נכון את האמצעי.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🎲 משחק מסע החורף – תרגול לשון ציורית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מיינו את הביטויים מהקטעים לפי סוג האמצעי הציורי.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כמו  |  כאילו  |  הרוח  |  הגשם  |  השמש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ביטויים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ביטוי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טעות קטנה נראית כמו הר  |  אפילו הסקרנות שלו נרדמה  |  הרגשתי כמו דג שהוציאו מהמים  |  נשמע כמו מחיאות כפיים רכות על הגג  |  כל הלילה יללה הרוח  |  את הגשם מדבר עם הגג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דימוי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האנשה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לוחשים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החלק העבה של העץ, בין השורשים לענפים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תיק גדול לבגדים בנסיעה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מזוודה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החלק של העץ שנמצא באדמה ושותה מים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שורשים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מדברים בשקט מאוד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עכשיו אתם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משפט אחד עם דימוי ומשפט אחד עם האנשה על החורף.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דימוי: "הגשם כמו..."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האנשה: "הרוח..." + פעולה של אדם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מסע החורף – תרגול לשון ציורית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